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על הורות בבעלי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כמו ריח, קול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מי ששומר עלינו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 פינגווין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לפי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הקול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הביצה נמצאת על הרגליים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המשפחה עוזרת לפיל הקטן.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(תינוק של 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שיוצא ממנו אפרוח)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(מה שמריחים באף)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ששומעים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(אמא, אבא וילדים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(לדאוג שלא יקרה רע)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 שומרת עלי. היא מאכילה אותי.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אבא פינגווין שומר על הביצה ולא אוכל חודשיים.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המשפחה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מילון המשפחה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דוגמה משותפת בלוח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לומדים איך הורים בטבע שומרים על הילדים שלהם - פינגווינים, עטלפים ופילים.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הביצה אצל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אבא פינגווין לא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אמא עטלפה מוצאת את הגור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עוזר לפיל הקטן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ההורים מכירים אצל האפרוח?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המשקל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פינגווין שומר על הביצה.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הביצה נמצאת על הראש של אבא פינגווין.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מכירים את הקול של האפרוח.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אף אחד לא עוזר לפיל הקטן.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עטלפה מוצאת את הגור שלה לפי הריח.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אבא פינגווין שומר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ההורים מכירים את ה__________ של האפרוח.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עטלפה מוצאת את הגור לפי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ה__________ עוזרת לפיל הקטן.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ששומעים באוזן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תינוק של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שיוצא ממנו אפרוח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אמא, אבא וילדים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שלא יקרה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שמריחים באף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עליכם? כתבו משפט: "___ שומר/ת עלי. הוא/היא..."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על אבא פינגווין - מה הוא עושה?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הביצה אצל הפינגווינים?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לפיל הקטן בעדר?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אמא ואבא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