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אמא ואבא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בטקסט על הורות בבעלי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כמו ריח, קול ומשפחה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על מי ששומר עלינו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אבא פינגווין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לפי 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הקול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בפירוש.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הביצה נמצאת על הרגליים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המשפחה עוזרת לפיל הקטן.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(תינוק של 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שיוצא ממנו אפרוח)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שמריחים באף)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(מה ששומעים באוזן)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(אמא, אבא וילדים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(לדאוג שלא יקרה רע)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אמא שומרת עלי. היא מאכילה אותי.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אבא פינגווין שומר על הביצה ולא אוכל חודשיים.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אבא פינגווין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הריח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המשפחה בעדר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להציג את מילון המשפחה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לתת דוגמה משותפת בלוח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אמא ואבא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טקסט קצר. ההורים בטבע שומרים על הקטנים. יש פינגווין, עטלף ופיל.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שיוצא ממנו אפרוח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תינוק של ציפור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שמריחים באף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ששומעים באוזן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אמא, אבא וילדים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לשמור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שלא יקרה רע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תינוק של חיה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חיות ביחד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 הביצה?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הוא לא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העטלפה מוצאת את הגור?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עוזר לפיל הקטן?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ההורים מכירים אצלו?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המשקל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פינגווין שומר על הביצה.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הביצה נמצאת על הראש של אבא פינגווין.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מכירים את הקול של האפרוח.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בעדר אף אחד לא עוזר לפיל הקטן.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עטלפה מוצאת את הגור שלה לפי הריח.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אבא פינגווין שומר על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ההורים מכירים את ה__________ של האפרוח.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אמא עטלפה מוצאת את הגור לפי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ה__________ עוזרת לפיל הקטן.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אמא, אבא וילדים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תינוק של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שיוצא ממנו אפרוח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שמריחים באף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לדאוג שלא יקרה רע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לשמור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ששומעים באוזן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עליכם? כתבו משפט: "___ שומר/ת עלי. הוא/היא..."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על אבא פינגווין - מה הוא עושה?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שומר על הביצה אצל הפינגווינים?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אמא עטלפה מוצאת את הגור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עוזר לפיל הקטן בעדר?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אמא ואבא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