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אמא ואבא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בטקסט על הורות בבעלי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מילים חדשות כמו ריח, קול ומשפחה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פשוט על מי ששומר עלינו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אבא פינגווין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לפי הריח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בפירוש.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(תינוק של ציפור)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שיוצא ממנו אפרוח)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(מה ששומעים באוזן)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(לדאוג שלא יקרה רע)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אמא שומרת עלי. היא מאכילה אותי.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אבא פינגווין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הריח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המשפחה בעדר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ההקראה לפני התרגול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להציג את מילון המשפחה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הכתיבה אפשר לתת דוגמה משותפת בלוח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אמא ואבא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בטקסט לומדים איך הורים בטבע שומרים על הילדים שלהם - פינגווינים, עטלפים ופילים.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משפחה  ·  קול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איתור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שומר על הביצה אצל הפינגווינים?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אמא פינגווין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אבא פינגווין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אמא עטלפה מוצאת את הגור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לפי הקול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לפי הריח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לפי הצבע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אבא פינגווין שומר על הביצה.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ההורים מכירים את הקול של האפרוח.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ההורים מכירים את ה__________ של האפרוח.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 ה__________ עוזרת לפיל הקטן.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אפרוח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 שיוצא ממנו אפרוח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ביצה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מה ששומעים באוזן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לדאוג שלא יקרה רע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לשמור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תינוק של ציפור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כותבים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שומר עליכם? כתבו משפט: "___ שומר/ת עלי. הוא/היא..."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שומר על הביצה אצל הפינגווינים?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אמא עטלפה מוצאת את הגור 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אמא ואבא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